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media/image1.jfif" ContentType="image/jpeg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7370"/>
        <w:gridCol w:w="2268"/>
      </w:tblGrid>
      <w:tr>
        <w:tc>
          <w:tcPr>
            <w:tcW w:type="dxa" w:w="4873"/>
            <w:vAlign w:val="center"/>
          </w:tcPr>
          <w:p>
            <w:pPr>
              <w:jc w:val="left"/>
            </w:pPr>
            <w:r>
              <w:rPr>
                <w:b/>
                <w:color w:val="1F4E79"/>
                <w:sz w:val="44"/>
              </w:rPr>
              <w:t>Бойко Кирилл Сергеевич</w:t>
            </w:r>
          </w:p>
        </w:tc>
        <w:tc>
          <w:tcPr>
            <w:tcW w:type="dxa" w:w="4873"/>
            <w:vAlign w:val="center"/>
          </w:tcPr>
          <w:p>
            <w:pPr>
              <w:jc w:val="right"/>
            </w:pPr>
            <w:r>
              <w:drawing>
                <wp:inline xmlns:a="http://schemas.openxmlformats.org/drawingml/2006/main" xmlns:pic="http://schemas.openxmlformats.org/drawingml/2006/picture">
                  <wp:extent cx="1296000" cy="17280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dca7a868-65c0-422e-be26-06a5f2564cca.jfif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96000" cy="1728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rPr>
          <w:b/>
          <w:color w:val="1F4E79"/>
          <w:sz w:val="28"/>
        </w:rPr>
        <w:t>Контактная информация</w:t>
      </w:r>
    </w:p>
    <w:p>
      <w:pPr>
        <w:pStyle w:val="ListBullet"/>
      </w:pPr>
      <w:r>
        <w:rPr>
          <w:b/>
        </w:rPr>
        <w:t xml:space="preserve">Дата рождения: </w:t>
      </w:r>
      <w:r>
        <w:t>18.12.1989</w:t>
      </w:r>
    </w:p>
    <w:p>
      <w:pPr>
        <w:pStyle w:val="ListBullet"/>
      </w:pPr>
      <w:r>
        <w:rPr>
          <w:b/>
        </w:rPr>
        <w:t xml:space="preserve">Адрес проживания: </w:t>
      </w:r>
      <w:r>
        <w:t>ДНР, г. Донецк, пр. Театральный, 5</w:t>
      </w:r>
    </w:p>
    <w:p>
      <w:pPr>
        <w:pStyle w:val="ListBullet"/>
      </w:pPr>
      <w:r>
        <w:rPr>
          <w:b/>
        </w:rPr>
        <w:t xml:space="preserve">Телефон: </w:t>
      </w:r>
      <w:r>
        <w:t>+7 (949) 457-91-15</w:t>
      </w:r>
    </w:p>
    <w:p>
      <w:pPr>
        <w:pStyle w:val="ListBullet"/>
      </w:pPr>
      <w:r>
        <w:rPr>
          <w:b/>
        </w:rPr>
        <w:t xml:space="preserve">E-mail: </w:t>
      </w:r>
      <w:r>
        <w:t>kirill.b@itguild.info</w:t>
      </w:r>
    </w:p>
    <w:p>
      <w:pPr>
        <w:pStyle w:val="ListBullet"/>
      </w:pPr>
      <w:r>
        <w:rPr>
          <w:b/>
        </w:rPr>
        <w:t xml:space="preserve">Telegram: </w:t>
      </w:r>
      <w:r>
        <w:t>@kirill_bouko</w:t>
      </w:r>
    </w:p>
    <w:p>
      <w:r>
        <w:rPr>
          <w:b/>
          <w:color w:val="1F4E79"/>
          <w:sz w:val="28"/>
        </w:rPr>
        <w:t>О себе</w:t>
      </w:r>
    </w:p>
    <w:p>
      <w:r>
        <w:t>Более 10 лет занимаюсь предпринимательской деятельностью в сфере ИТ. За это время реализовал более 200 проектов — от разработки и внедрения информационных систем до создания собственных цифровых продуктов полного цикла. В последние годы сосредоточен на развитии и внедрении технологий искусственного интеллекта в информационные системы. Совмещаю предпринимательство с активной общественной деятельностью: являюсь Председателем Комитета «Информационных Технологий и Автоматизации Бизнеса» в ОО «ОПОРА РОССИИ», Председателем Комитета по предпринимательству и экономической грамотности молодежи Молодежного Парламента Донецкой Народной Республики, а также Наставником проекта «Росмолодежь.Предпринимай». Сочетаю управленческие компетенции (стратегия, управление проектами, бюджетирование, подбор персонала) с глубокими техническими знаниями в области ИИ, машинного обучения и анализа данных.</w:t>
      </w:r>
    </w:p>
    <w:p>
      <w:r>
        <w:rPr>
          <w:b/>
          <w:color w:val="1F4E79"/>
          <w:sz w:val="28"/>
        </w:rPr>
        <w:t>Ключевые показатели</w:t>
      </w:r>
    </w:p>
    <w:p>
      <w:pPr>
        <w:pStyle w:val="ListBullet"/>
      </w:pPr>
      <w:r>
        <w:t>10+ лет управленческого опыта в сфере ИТ</w:t>
      </w:r>
    </w:p>
    <w:p>
      <w:pPr>
        <w:pStyle w:val="ListBullet"/>
      </w:pPr>
      <w:r>
        <w:t>200+ реализованных проектов</w:t>
      </w:r>
    </w:p>
    <w:p>
      <w:pPr>
        <w:pStyle w:val="ListBullet"/>
      </w:pPr>
      <w:r>
        <w:t>15+ собственных цифровых продуктов, запущенных и развиваемых с нуля</w:t>
      </w:r>
    </w:p>
    <w:p>
      <w:pPr>
        <w:pStyle w:val="ListBullet"/>
      </w:pPr>
      <w:r>
        <w:t>Полный цикл разработки: от идеи и проектирования до запуска и масштабирования</w:t>
      </w:r>
    </w:p>
    <w:p>
      <w:pPr>
        <w:pStyle w:val="ListBullet"/>
      </w:pPr>
      <w:r>
        <w:t>Внедрение ИИ в информационные системы</w:t>
      </w:r>
    </w:p>
    <w:p>
      <w:r>
        <w:rPr>
          <w:b/>
          <w:color w:val="1F4E79"/>
          <w:sz w:val="28"/>
        </w:rPr>
        <w:t>Опыт работы</w:t>
      </w:r>
    </w:p>
    <w:p>
      <w:r>
        <w:rPr>
          <w:b/>
          <w:sz w:val="24"/>
        </w:rPr>
        <w:t>Соучредитель — Стартап ITGuild</w:t>
      </w:r>
    </w:p>
    <w:p>
      <w:r>
        <w:rPr>
          <w:i/>
          <w:color w:val="606060"/>
        </w:rPr>
        <w:t>июнь 2022 — настоящее время</w:t>
      </w:r>
    </w:p>
    <w:p>
      <w:r>
        <w:rPr>
          <w:color w:val="0563C1"/>
        </w:rPr>
        <w:t>https://itguild.info</w:t>
      </w:r>
    </w:p>
    <w:p>
      <w:r>
        <w:t>Экосистема для диджитализации бизнеса, импортозамещающая ряд популярных сервисов. Включает модули: система контроля версий (Git), канбан-доска, сервис видеосвязи, система отчетности, размещение и отклик на вакансии, профиль IT-специалиста (навыки, награды, фрагменты кода), встроенная CRM-система для управления IT-командой.</w:t>
      </w:r>
    </w:p>
    <w:p>
      <w:r>
        <w:rPr>
          <w:b/>
          <w:sz w:val="24"/>
        </w:rPr>
        <w:t>Владелец — Интернет-портал для поиска работы Rabota Today</w:t>
      </w:r>
    </w:p>
    <w:p>
      <w:r>
        <w:rPr>
          <w:i/>
          <w:color w:val="606060"/>
        </w:rPr>
        <w:t>май 2019 — настоящее время</w:t>
      </w:r>
    </w:p>
    <w:p>
      <w:r>
        <w:rPr>
          <w:color w:val="0563C1"/>
        </w:rPr>
        <w:t>https://rabota.today</w:t>
      </w:r>
    </w:p>
    <w:p>
      <w:r>
        <w:t>Сервис, облегчающий поиск и подбор специалистов различной квалификации. Предоставляет соискателям возможность поиска по интересующим вакансиям. Имеет встроенный личный кабинет (single page application) и функционал массового подбора.</w:t>
      </w:r>
    </w:p>
    <w:p>
      <w:r>
        <w:rPr>
          <w:b/>
          <w:color w:val="1F4E79"/>
          <w:sz w:val="28"/>
        </w:rPr>
        <w:t>Образование</w:t>
      </w:r>
    </w:p>
    <w:p>
      <w:r>
        <w:t>Донецкий Национальный Технический Университет, экономический факультет, кафедра «Управления персоналом и Экономика труда», специальность «Управление персоналом и экономика труда». Академическая степень — магистр.</w:t>
      </w:r>
    </w:p>
    <w:p>
      <w:r>
        <w:t>Донецкий Национальный Технический Университет, экономический факультет, кафедра хозяйственного права, специальность «Менеджмент организаций». Академическая степень — бакалавр.</w:t>
      </w:r>
    </w:p>
    <w:p>
      <w:r>
        <w:rPr>
          <w:b/>
          <w:color w:val="1F4E79"/>
          <w:sz w:val="28"/>
        </w:rPr>
        <w:t>Навыки</w:t>
      </w:r>
    </w:p>
    <w:p>
      <w:pPr>
        <w:pStyle w:val="ListBullet"/>
      </w:pPr>
      <w:r>
        <w:rPr>
          <w:b/>
        </w:rPr>
        <w:t xml:space="preserve">Управленческие: </w:t>
      </w:r>
      <w:r>
        <w:t>стратегическое планирование, управление проектами, бюджетирование, поиск и подбор персонала</w:t>
      </w:r>
    </w:p>
    <w:p>
      <w:pPr>
        <w:pStyle w:val="ListBullet"/>
      </w:pPr>
      <w:r>
        <w:rPr>
          <w:b/>
        </w:rPr>
        <w:t xml:space="preserve">Технические: </w:t>
      </w:r>
      <w:r>
        <w:t>искусственный интеллект, машинное обучение, анализ данных, Python, C++, PHP, JavaScript, Linux, Git, MySQL, HTML, CSS</w:t>
      </w:r>
    </w:p>
    <w:p>
      <w:r>
        <w:rPr>
          <w:b/>
          <w:color w:val="1F4E79"/>
          <w:sz w:val="28"/>
        </w:rPr>
        <w:t>Ключевые технологические компетенции</w:t>
      </w:r>
    </w:p>
    <w:p>
      <w:pPr>
        <w:pStyle w:val="ListBullet"/>
      </w:pPr>
      <w:r>
        <w:rPr>
          <w:b/>
        </w:rPr>
        <w:t xml:space="preserve">Основные языки и фреймворки: </w:t>
      </w:r>
      <w:r>
        <w:t>PHP, Laravel, Symfony, Yii2; Python (Django, Flask, asyncio); JavaScript, Node.js, ES6, jQuery</w:t>
      </w:r>
    </w:p>
    <w:p>
      <w:pPr>
        <w:pStyle w:val="ListBullet"/>
      </w:pPr>
      <w:r>
        <w:rPr>
          <w:b/>
        </w:rPr>
        <w:t xml:space="preserve">Базы данных: </w:t>
      </w:r>
      <w:r>
        <w:t>MySQL, PostgreSQL, SQLite, Redis, PhpMyAdmin</w:t>
      </w:r>
    </w:p>
    <w:p>
      <w:pPr>
        <w:pStyle w:val="ListBullet"/>
      </w:pPr>
      <w:r>
        <w:rPr>
          <w:b/>
        </w:rPr>
        <w:t xml:space="preserve">Инструменты и методологии: </w:t>
      </w:r>
      <w:r>
        <w:t>Git, Docker, Composer, Nginx, RabbitMQ, Swagger; KISS, DRY, MVC</w:t>
      </w:r>
    </w:p>
    <w:p>
      <w:r>
        <w:rPr>
          <w:b/>
          <w:color w:val="1F4E79"/>
          <w:sz w:val="28"/>
        </w:rPr>
        <w:t>Дополнительная информация</w:t>
      </w:r>
    </w:p>
    <w:p>
      <w:pPr>
        <w:pStyle w:val="ListBullet"/>
      </w:pPr>
      <w:r>
        <w:t>Председатель Комитета по предпринимательству и экономической грамотности молодежи Молодежного Парламента Донецкой Народной Республики</w:t>
      </w:r>
    </w:p>
    <w:p>
      <w:pPr>
        <w:pStyle w:val="ListBullet"/>
      </w:pPr>
      <w:r>
        <w:t>Председатель Комитета «Информационных Технологий и Автоматизации Бизнеса» в ОО «ОПОРА РОССИИ»</w:t>
      </w:r>
    </w:p>
    <w:p>
      <w:pPr>
        <w:pStyle w:val="ListBullet"/>
      </w:pPr>
      <w:r>
        <w:t>Полуфиналист кадрового конкурса «Лидеры Возрождения. Донецкая Народная Республика»</w:t>
      </w:r>
    </w:p>
    <w:p>
      <w:pPr>
        <w:pStyle w:val="ListBullet"/>
      </w:pPr>
      <w:r>
        <w:t>Прохожу обучение в «Школе 21»</w:t>
      </w:r>
    </w:p>
    <w:p>
      <w:r>
        <w:rPr>
          <w:b/>
          <w:color w:val="1F4E79"/>
          <w:sz w:val="28"/>
        </w:rPr>
        <w:t>Языки</w:t>
      </w:r>
    </w:p>
    <w:p>
      <w:pPr>
        <w:pStyle w:val="ListBullet"/>
      </w:pPr>
      <w:r>
        <w:rPr>
          <w:b/>
        </w:rPr>
        <w:t xml:space="preserve">Русский: </w:t>
      </w:r>
      <w:r>
        <w:t>родной</w:t>
      </w:r>
    </w:p>
    <w:p>
      <w:pPr>
        <w:pStyle w:val="ListBullet"/>
      </w:pPr>
      <w:r>
        <w:rPr>
          <w:b/>
        </w:rPr>
        <w:t xml:space="preserve">Украинский: </w:t>
      </w:r>
      <w:r>
        <w:t>свободное владение</w:t>
      </w:r>
    </w:p>
    <w:sectPr w:rsidR="00FC693F" w:rsidRPr="0006063C" w:rsidSect="00034616">
      <w:pgSz w:w="12240" w:h="15840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f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